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🧩 מי לא שייך? – שמות תואר וקריאה עם שווא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 לא שייך? – שמות תואר וקריאה עם שווא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מהו שם תואר ואיך הוא מתאים לשם העצם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מילה שלא שייכת לקבוצה של שמות תואר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קריאה של מילים עם שווא לפי הברות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מי לא שייך? – בחרו את המילה הנכונה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רעב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עייף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זה בדיוק תפקידו של שם תואר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רק יצורים חיים יכולים להיות רעבים, לא חפצים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מהיר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מתוק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מרווח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שם עצם לשם התואר המתאים 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(מרווח)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(מהיר)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(מתוק)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(חכם)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הקריאה של מילה עם שווא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מסתכלים במילה בשלמותה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מחלקים את המילה להברות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קוראים כל הברה בנפרד ולאט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מחברים את ההברות יחד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כתבו וחשבו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בית הוא חפץ ולא יצור חי, ורק יצורים חיים יכולים להיות רעבים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הבנה שתואר מתאר שם עצם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יכולת לזהות מילה לא מתאימה בהיגיון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זיהוי בסיסי של סימן השווא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קודם את הכרטיס לדוגמה על הלוח ולבקש מהתלמידים לנחש מי לא שייך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לקרוא בקול את המילים עם שווא יחד לפני העבודה העצמאית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לדלג על הסעיפים המסומנים לגרסה המותאמת לחינוך המיוחד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🧩 מי לא שייך? – שמות תואר וקריאה עם שווא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 לא שייך? – שמות תואר וקריאה עם שווא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הזה נתרגל שמות תואר שמתארים שמות עצם, ונלמד לזהות איזו מילה לא מתאימה לקבוצה. נתרגל גם קריאה של מילים עם שווא, הברה אחר הברה.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מתוק  ·  מהיר  ·  מרווח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מי לא שייך? – בחרו את המילה הנכונה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לבית מתאימים: חדש, רעב, מרווח, מסודר. איזו מילה לא שייכת?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חדש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רעב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מרווח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לאבטיח מתאימים: מתוק, אדום, עגול, עייף. איזו מילה לא שייכת?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מתוק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אדום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עייף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שם תואר מתאר איך שם עצם נראה או מרגיש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אפשר לומר 'בית רעב' כי כל דבר יכול להיות רעב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החתול __________ ורץ מהר מאוד בחצר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האבטיח אדום ו__________ מאוד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הבית החדש הוא __________ ומסודר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שם עצם לשם התואר המתאים 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בית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חכם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חתול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מתוק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אבטיח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מרווח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ילד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מהיר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את שלבי הקריאה של מילה עם שווא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קוראים כל הברה בנפרד ולאט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מסתכלים במילה בשלמותה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מחברים את ההברות יחד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מחלקים את המילה להברות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כתבו וחשבו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הסבירו מדוע המילה 'רעב' לא שייכת לכרטיס של בית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מהו שם תואר?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תנו דוגמה למילה שלא שייכת לקבוצה של שם עצם מסוים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מי לא שייך? – שמות תואר וקריאה עם שווא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