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שם תואר ואיך הוא מתאים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שלא שייכת לקבוצה של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שווא לפי הברות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רעב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מרוהט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יצורים חיים יכולים להיות רעבים, לא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 מ' מנוקדת בשווא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רוב המילים בכרטיס הן שמות תואר שמתארים שם עצם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התואר המתאים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של מילה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בשלמותה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 את המילה להברות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כל הברה בנפרד ולאט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את ההברות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המילה במהירות רגילה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הוא חפץ ולא יצור חי, ורק יצורים חיים יכולים להיות רעבים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שתואר מתאר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לזהות מילה לא מתאימה בהיגיון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בסיסי של סימן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את הכרטיס לדוגמה על הלוח ולבקש מהתלמידים לנחש מי לא שייך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עם שווא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לגרסה המותאמת לחינוך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שמתארות דברים. נבדוק איזו מילה לא מתאימה. גם נקרא מילים לאט, הברה-הברה.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עצם נראה או מרגיש, למשל: גדול,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מקום, למשל: בית, חתול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מתחת לאות שמסמן חצי תנועה קצרה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קצר של מילה שנשמע בקול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שמסתדרת הגיונית עם 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שייך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שלא מתאימה לשאר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 מתאר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שעוזרת לדמיין את שם העצם טוב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מתאימה לבית?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מתאימה לחתול?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מתאימה לאבטיח?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דבר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איך שם עצם נראה או מרגיש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'בית רעב' כי כל דבר יכול להיות רעב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מְסֻדָּר יש שווא מתחת לאות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'מי לא שייך' כל המילים הן תמיד שמות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החתול __________ ורץ מהר מאוד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האבטיח אדום ו__________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הבית החדש הוא __________ ומסודר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מְרֻוָּח יש __________ מתחת לאות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תואר הוא מילה שמתארת 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התואר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אבטיח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של מילה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את המילה להברות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במילה בשלמותה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את ההברות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במהירות רגילה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כל הברה בנפרד ולאט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המילה 'רעב' לא שייכת לכרטיס של 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שלא שייכת לקבוצה של שם עצם מסוים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שווא ואיפה רואים אותו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