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שם תואר ואיך הוא מתאים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מילה שלא שייכת לקבוצה של שמות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מילים עם שווא לפי הברות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– בחרו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רעב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מרוהט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עייף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תפקידו של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יצורים חיים יכולים להיות רעבים, לא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האות מ' מנוקדת בשווא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רוב המילים בכרטיס הן שמות תואר שמתארים שם עצם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התואר המתאים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(מרווח)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הקריאה של מילה עם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במילה בשלמותה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מחלקים את המילה להברות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כל הברה בנפרד ולאט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מחברים את ההברות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קוראים את המילה במהירות רגילה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 הוא חפץ ולא יצור חי, ורק יצורים חיים יכולים להיות רעבים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שתואר מתאר 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יכולת לזהות מילה לא מתאימה בהיגיון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בסיסי של סימן השווא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קודם את הכרטיס לדוגמה על הלוח ולבקש מהתלמידים לנחש מי לא שייך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המילים עם שווא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הסעיפים המסומנים לגרסה המותאמת לחינוך המיוחד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שמות תואר שמתארים שמות עצם, ונלמד לזהות איזו מילה לא מתאימה לקבוצה. נתרגל גם קריאה של מילים עם שווא, הברה אחר הברה.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 – בחרו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לבית מתאימים: חדש, רעב, מרווח, מסודר.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מרווח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לחתול מתאימים: רך, מהיר, קטן, מרוהט.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מרוהט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לאבטיח מתאימים: מתוק, אדום, עגול, עייף.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קריאה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מתאר איך שם עצם נראה או מרגיש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'בית רעב' כי כל דבר יכול להיות רעב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מְסֻדָּר יש שווא מתחת לאות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בכרטיסי 'מי לא שייך' כל המילים הן תמיד שמות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החתול __________ ורץ מהר מאוד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האבטיח אדום ו__________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הבית החדש הוא __________ ומסודר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במילה מְרֻוָּח יש __________ מתחת לאות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שם תואר הוא מילה שמתארת 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התואר המתאים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חתול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אבטיח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הקריאה של מילה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כל הברה בנפרד ולאט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במהירות רגילה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במילה בשלמותה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מחלקים את המילה להברות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מחברים את ההברות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המילה 'רעב' לא שייכת לכרטיס של 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שלא שייכת לקבוצה של שם עצם מסוים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שווא ואיפה רואים אותו במילה?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